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A4B67" w14:textId="77777777" w:rsidR="00AA4B28" w:rsidRDefault="00AA4B28">
      <w:pPr>
        <w:spacing w:before="60" w:after="20" w:line="240" w:lineRule="auto"/>
        <w:jc w:val="center"/>
        <w:rPr>
          <w:b/>
          <w:sz w:val="28"/>
          <w:lang w:val="pt-BR"/>
        </w:rPr>
      </w:pPr>
    </w:p>
    <w:p w14:paraId="5C1D8632" w14:textId="3F3CF25A" w:rsidR="003D7FDE" w:rsidRPr="00B67ACA" w:rsidRDefault="00000000">
      <w:pPr>
        <w:spacing w:before="60" w:after="20" w:line="240" w:lineRule="auto"/>
        <w:jc w:val="center"/>
        <w:rPr>
          <w:lang w:val="pt-BR"/>
        </w:rPr>
      </w:pPr>
      <w:r w:rsidRPr="00B67ACA">
        <w:rPr>
          <w:b/>
          <w:sz w:val="28"/>
          <w:lang w:val="pt-BR"/>
        </w:rPr>
        <w:t>PLANO DE TRABALHO DO ESTÁGIO DE DOCÊNCIA</w:t>
      </w:r>
    </w:p>
    <w:p w14:paraId="73B216A2" w14:textId="5F011E3F" w:rsidR="003D7FDE" w:rsidRDefault="003D7FDE">
      <w:pPr>
        <w:spacing w:after="120" w:line="240" w:lineRule="auto"/>
        <w:jc w:val="center"/>
        <w:rPr>
          <w:i/>
          <w:sz w:val="19"/>
          <w:lang w:val="pt-BR"/>
        </w:rPr>
      </w:pPr>
    </w:p>
    <w:p w14:paraId="0858AEA3" w14:textId="77777777" w:rsidR="003D7FDE" w:rsidRPr="00B67ACA" w:rsidRDefault="00000000">
      <w:pPr>
        <w:spacing w:before="140" w:after="80" w:line="240" w:lineRule="auto"/>
        <w:rPr>
          <w:lang w:val="pt-BR"/>
        </w:rPr>
      </w:pPr>
      <w:r w:rsidRPr="00B67ACA">
        <w:rPr>
          <w:b/>
          <w:sz w:val="22"/>
          <w:lang w:val="pt-BR"/>
        </w:rPr>
        <w:t>1. IDENTIFICAÇÃO DO(A) ESTAGIÁRIO(A)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8043"/>
      </w:tblGrid>
      <w:tr w:rsidR="003D7FDE" w14:paraId="439A10A2" w14:textId="77777777" w:rsidTr="00AA4B28">
        <w:trPr>
          <w:jc w:val="center"/>
        </w:trPr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0606E" w14:textId="77777777" w:rsidR="003D7FDE" w:rsidRDefault="00000000">
            <w:pPr>
              <w:spacing w:after="0" w:line="240" w:lineRule="auto"/>
            </w:pPr>
            <w:r>
              <w:rPr>
                <w:b/>
                <w:sz w:val="19"/>
              </w:rPr>
              <w:t xml:space="preserve">Nome do(a) </w:t>
            </w:r>
            <w:proofErr w:type="spellStart"/>
            <w:r>
              <w:rPr>
                <w:b/>
                <w:sz w:val="19"/>
              </w:rPr>
              <w:t>estudante</w:t>
            </w:r>
            <w:proofErr w:type="spellEnd"/>
          </w:p>
        </w:tc>
        <w:tc>
          <w:tcPr>
            <w:tcW w:w="80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04529" w14:textId="77777777" w:rsidR="003D7FDE" w:rsidRDefault="00000000">
            <w:pPr>
              <w:spacing w:after="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3D7FDE" w14:paraId="74022CB4" w14:textId="77777777" w:rsidTr="00AA4B28">
        <w:trPr>
          <w:jc w:val="center"/>
        </w:trPr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7CEF6C" w14:textId="77777777" w:rsidR="003D7FDE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Matrícula</w:t>
            </w:r>
          </w:p>
        </w:tc>
        <w:tc>
          <w:tcPr>
            <w:tcW w:w="80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9AA2C" w14:textId="77777777" w:rsidR="003D7FDE" w:rsidRDefault="00000000">
            <w:pPr>
              <w:spacing w:after="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3D7FDE" w14:paraId="344F3355" w14:textId="77777777" w:rsidTr="00AA4B28">
        <w:trPr>
          <w:jc w:val="center"/>
        </w:trPr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9E39D" w14:textId="77777777" w:rsidR="003D7FDE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Professor(a) orientador(a)</w:t>
            </w:r>
          </w:p>
        </w:tc>
        <w:tc>
          <w:tcPr>
            <w:tcW w:w="80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1DB900" w14:textId="77777777" w:rsidR="003D7FDE" w:rsidRDefault="00000000">
            <w:pPr>
              <w:spacing w:after="0" w:line="240" w:lineRule="auto"/>
            </w:pPr>
            <w:r>
              <w:rPr>
                <w:sz w:val="19"/>
              </w:rPr>
              <w:t xml:space="preserve"> </w:t>
            </w:r>
          </w:p>
        </w:tc>
      </w:tr>
      <w:tr w:rsidR="003D7FDE" w:rsidRPr="00AA4B28" w14:paraId="34B2108C" w14:textId="77777777" w:rsidTr="00AA4B28">
        <w:trPr>
          <w:jc w:val="center"/>
        </w:trPr>
        <w:tc>
          <w:tcPr>
            <w:tcW w:w="2381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100CB" w14:textId="77777777" w:rsidR="003D7FDE" w:rsidRDefault="00000000">
            <w:pPr>
              <w:spacing w:after="0" w:line="240" w:lineRule="auto"/>
            </w:pPr>
            <w:r>
              <w:rPr>
                <w:b/>
                <w:sz w:val="19"/>
              </w:rPr>
              <w:t>Modalidade</w:t>
            </w:r>
          </w:p>
        </w:tc>
        <w:tc>
          <w:tcPr>
            <w:tcW w:w="80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385F6F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proofErr w:type="gramStart"/>
            <w:r w:rsidRPr="00B67ACA">
              <w:rPr>
                <w:sz w:val="19"/>
                <w:lang w:val="pt-BR"/>
              </w:rPr>
              <w:t xml:space="preserve">(  </w:t>
            </w:r>
            <w:proofErr w:type="gramEnd"/>
            <w:r w:rsidRPr="00B67ACA">
              <w:rPr>
                <w:sz w:val="19"/>
                <w:lang w:val="pt-BR"/>
              </w:rPr>
              <w:t xml:space="preserve"> ) Estágio de Docência I  </w:t>
            </w:r>
            <w:proofErr w:type="gramStart"/>
            <w:r w:rsidRPr="00B67ACA">
              <w:rPr>
                <w:sz w:val="19"/>
                <w:lang w:val="pt-BR"/>
              </w:rPr>
              <w:t xml:space="preserve">   (</w:t>
            </w:r>
            <w:proofErr w:type="gramEnd"/>
            <w:r w:rsidRPr="00B67ACA">
              <w:rPr>
                <w:sz w:val="19"/>
                <w:lang w:val="pt-BR"/>
              </w:rPr>
              <w:t xml:space="preserve"> </w:t>
            </w:r>
            <w:proofErr w:type="gramStart"/>
            <w:r w:rsidRPr="00B67ACA">
              <w:rPr>
                <w:sz w:val="19"/>
                <w:lang w:val="pt-BR"/>
              </w:rPr>
              <w:t xml:space="preserve">  )</w:t>
            </w:r>
            <w:proofErr w:type="gramEnd"/>
            <w:r w:rsidRPr="00B67ACA">
              <w:rPr>
                <w:sz w:val="19"/>
                <w:lang w:val="pt-BR"/>
              </w:rPr>
              <w:t xml:space="preserve"> Estágio de Docência II  </w:t>
            </w:r>
            <w:proofErr w:type="gramStart"/>
            <w:r w:rsidRPr="00B67ACA">
              <w:rPr>
                <w:sz w:val="19"/>
                <w:lang w:val="pt-BR"/>
              </w:rPr>
              <w:t xml:space="preserve">   (</w:t>
            </w:r>
            <w:proofErr w:type="gramEnd"/>
            <w:r w:rsidRPr="00B67ACA">
              <w:rPr>
                <w:sz w:val="19"/>
                <w:lang w:val="pt-BR"/>
              </w:rPr>
              <w:t xml:space="preserve"> </w:t>
            </w:r>
            <w:proofErr w:type="gramStart"/>
            <w:r w:rsidRPr="00B67ACA">
              <w:rPr>
                <w:sz w:val="19"/>
                <w:lang w:val="pt-BR"/>
              </w:rPr>
              <w:t xml:space="preserve">  )</w:t>
            </w:r>
            <w:proofErr w:type="gramEnd"/>
            <w:r w:rsidRPr="00B67ACA">
              <w:rPr>
                <w:sz w:val="19"/>
                <w:lang w:val="pt-BR"/>
              </w:rPr>
              <w:t xml:space="preserve"> Estágio de Docência III</w:t>
            </w:r>
          </w:p>
        </w:tc>
      </w:tr>
    </w:tbl>
    <w:p w14:paraId="2E31A1ED" w14:textId="77777777" w:rsidR="003D7FDE" w:rsidRPr="00AA4B28" w:rsidRDefault="00000000">
      <w:pPr>
        <w:spacing w:before="140" w:after="80" w:line="240" w:lineRule="auto"/>
        <w:rPr>
          <w:lang w:val="pt-BR"/>
        </w:rPr>
      </w:pPr>
      <w:r w:rsidRPr="00AA4B28">
        <w:rPr>
          <w:b/>
          <w:sz w:val="22"/>
          <w:lang w:val="pt-BR"/>
        </w:rPr>
        <w:t>2. DADOS DA DISCIPLINA DE GRADUAÇÃO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2268"/>
        <w:gridCol w:w="3544"/>
        <w:gridCol w:w="1843"/>
      </w:tblGrid>
      <w:tr w:rsidR="003D7FDE" w14:paraId="0427372F" w14:textId="77777777" w:rsidTr="00AA4B28">
        <w:trPr>
          <w:jc w:val="center"/>
        </w:trPr>
        <w:tc>
          <w:tcPr>
            <w:tcW w:w="28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DDD7C" w14:textId="77777777" w:rsidR="003D7FDE" w:rsidRDefault="00000000">
            <w:pPr>
              <w:spacing w:after="0" w:line="240" w:lineRule="auto"/>
            </w:pPr>
            <w:proofErr w:type="spellStart"/>
            <w:r>
              <w:rPr>
                <w:b/>
                <w:sz w:val="18"/>
              </w:rPr>
              <w:t>Instituição</w:t>
            </w:r>
            <w:proofErr w:type="spellEnd"/>
            <w:r>
              <w:rPr>
                <w:b/>
                <w:sz w:val="18"/>
              </w:rPr>
              <w:t xml:space="preserve"> de Ensino Superior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C6B677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2B398" w14:textId="77777777" w:rsidR="003D7FD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Curso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0A92F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</w:tc>
      </w:tr>
      <w:tr w:rsidR="003D7FDE" w14:paraId="71784DEA" w14:textId="77777777" w:rsidTr="00AA4B28">
        <w:trPr>
          <w:jc w:val="center"/>
        </w:trPr>
        <w:tc>
          <w:tcPr>
            <w:tcW w:w="28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CC802" w14:textId="77777777" w:rsidR="003D7FD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Disciplina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1EEF0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82A8E" w14:textId="77777777" w:rsidR="003D7FD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Código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555A5B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</w:tc>
      </w:tr>
      <w:tr w:rsidR="003D7FDE" w14:paraId="11B1A2C7" w14:textId="77777777" w:rsidTr="00AA4B28">
        <w:trPr>
          <w:jc w:val="center"/>
        </w:trPr>
        <w:tc>
          <w:tcPr>
            <w:tcW w:w="28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209C3" w14:textId="77777777" w:rsidR="003D7FD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Ano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D4C23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ED3CD" w14:textId="77777777" w:rsidR="003D7FD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Semestre letivo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02755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</w:tc>
      </w:tr>
      <w:tr w:rsidR="003D7FDE" w14:paraId="5F457BFD" w14:textId="77777777" w:rsidTr="00AA4B28">
        <w:trPr>
          <w:jc w:val="center"/>
        </w:trPr>
        <w:tc>
          <w:tcPr>
            <w:tcW w:w="28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E56ED" w14:textId="77777777" w:rsidR="003D7FD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Fase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9A980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886075" w14:textId="77777777" w:rsidR="003D7FD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Turma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90A86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</w:tc>
      </w:tr>
      <w:tr w:rsidR="003D7FDE" w14:paraId="28D6CFC5" w14:textId="77777777" w:rsidTr="00AA4B28">
        <w:trPr>
          <w:jc w:val="center"/>
        </w:trPr>
        <w:tc>
          <w:tcPr>
            <w:tcW w:w="28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2736D" w14:textId="77777777" w:rsidR="003D7FD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Nº de créditos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2E042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21EA3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b/>
                <w:sz w:val="18"/>
                <w:lang w:val="pt-BR"/>
              </w:rPr>
              <w:t>Carga horária total da disciplina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E4B2E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>_____ horas</w:t>
            </w:r>
          </w:p>
        </w:tc>
      </w:tr>
      <w:tr w:rsidR="003D7FDE" w:rsidRPr="00AA4B28" w14:paraId="655C8CB4" w14:textId="77777777" w:rsidTr="00AA4B28">
        <w:trPr>
          <w:jc w:val="center"/>
        </w:trPr>
        <w:tc>
          <w:tcPr>
            <w:tcW w:w="28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D8AE9" w14:textId="77777777" w:rsidR="003D7FD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Professor(a) responsável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F6FE62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9EB77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b/>
                <w:sz w:val="18"/>
                <w:lang w:val="pt-BR"/>
              </w:rPr>
              <w:t>Nº de estagiários na disciplina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B035B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 xml:space="preserve"> </w:t>
            </w:r>
          </w:p>
        </w:tc>
      </w:tr>
      <w:tr w:rsidR="003D7FDE" w14:paraId="76A8B1EA" w14:textId="77777777" w:rsidTr="00AA4B28">
        <w:trPr>
          <w:jc w:val="center"/>
        </w:trPr>
        <w:tc>
          <w:tcPr>
            <w:tcW w:w="28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EBCA5" w14:textId="77777777" w:rsidR="003D7FD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Professor(a) supervisor(a)*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7C4F5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354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DEDE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BBBA1" w14:textId="77777777" w:rsidR="003D7FD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E-mail institucional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9D40D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</w:p>
        </w:tc>
      </w:tr>
      <w:tr w:rsidR="003D7FDE" w:rsidRPr="00AA4B28" w14:paraId="5F4B70BA" w14:textId="77777777" w:rsidTr="00AA4B28">
        <w:trPr>
          <w:jc w:val="center"/>
        </w:trPr>
        <w:tc>
          <w:tcPr>
            <w:tcW w:w="10489" w:type="dxa"/>
            <w:gridSpan w:val="4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7F7F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E4AE1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i/>
                <w:sz w:val="17"/>
                <w:lang w:val="pt-BR"/>
              </w:rPr>
              <w:t>*Se o professor responsável for o supervisor, repetir o nome.</w:t>
            </w:r>
          </w:p>
        </w:tc>
      </w:tr>
    </w:tbl>
    <w:p w14:paraId="6C308B59" w14:textId="77777777" w:rsidR="003D7FDE" w:rsidRPr="00B67ACA" w:rsidRDefault="00000000">
      <w:pPr>
        <w:spacing w:before="140" w:after="80" w:line="240" w:lineRule="auto"/>
        <w:rPr>
          <w:lang w:val="pt-BR"/>
        </w:rPr>
      </w:pPr>
      <w:r w:rsidRPr="00B67ACA">
        <w:rPr>
          <w:b/>
          <w:sz w:val="22"/>
          <w:lang w:val="pt-BR"/>
        </w:rPr>
        <w:t>3. ENQUADRAMENTO DA CARGA HORÁRIA</w:t>
      </w:r>
    </w:p>
    <w:p w14:paraId="1D5ED83C" w14:textId="77777777" w:rsidR="003D7FDE" w:rsidRPr="00B67ACA" w:rsidRDefault="00000000">
      <w:pPr>
        <w:spacing w:after="60" w:line="240" w:lineRule="auto"/>
        <w:rPr>
          <w:lang w:val="pt-BR"/>
        </w:rPr>
      </w:pPr>
      <w:r w:rsidRPr="00B67ACA">
        <w:rPr>
          <w:sz w:val="19"/>
          <w:lang w:val="pt-BR"/>
        </w:rPr>
        <w:t>Assinale a modalidade e preencha os campos de conferência.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74"/>
        <w:gridCol w:w="2074"/>
        <w:gridCol w:w="1037"/>
        <w:gridCol w:w="1037"/>
        <w:gridCol w:w="2074"/>
        <w:gridCol w:w="2208"/>
      </w:tblGrid>
      <w:tr w:rsidR="003D7FDE" w14:paraId="4B137B18" w14:textId="77777777" w:rsidTr="00AA4B28">
        <w:trPr>
          <w:tblHeader/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</w:tcPr>
          <w:p w14:paraId="5A9A35DC" w14:textId="77777777" w:rsidR="003D7FDE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17"/>
              </w:rPr>
              <w:t>Modalidade</w:t>
            </w:r>
            <w:proofErr w:type="spellEnd"/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</w:tcPr>
          <w:p w14:paraId="69111E5F" w14:textId="77777777" w:rsidR="003D7FDE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Carga total do estágio</w:t>
            </w:r>
          </w:p>
        </w:tc>
        <w:tc>
          <w:tcPr>
            <w:tcW w:w="2074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</w:tcPr>
          <w:p w14:paraId="50C72077" w14:textId="77777777" w:rsidR="003D7FDE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Ministração de aulas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</w:tcPr>
          <w:p w14:paraId="02355C09" w14:textId="77777777" w:rsidR="003D7FDE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Créditos mínimos da disciplina</w:t>
            </w:r>
          </w:p>
        </w:tc>
        <w:tc>
          <w:tcPr>
            <w:tcW w:w="22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</w:tcPr>
          <w:p w14:paraId="541880D6" w14:textId="77777777" w:rsidR="003D7FDE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Assinalar</w:t>
            </w:r>
          </w:p>
        </w:tc>
      </w:tr>
      <w:tr w:rsidR="003D7FDE" w14:paraId="1D8109D4" w14:textId="77777777" w:rsidTr="00AA4B28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5662109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Estágio I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A0E1D86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15 h</w:t>
            </w:r>
          </w:p>
        </w:tc>
        <w:tc>
          <w:tcPr>
            <w:tcW w:w="2074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A8F93EC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 a 5 h/aula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12A6A20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2 créditos</w:t>
            </w:r>
          </w:p>
        </w:tc>
        <w:tc>
          <w:tcPr>
            <w:tcW w:w="22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336199B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(   )</w:t>
            </w:r>
          </w:p>
        </w:tc>
      </w:tr>
      <w:tr w:rsidR="003D7FDE" w14:paraId="33077C99" w14:textId="77777777" w:rsidTr="00AA4B28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A62DE88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Estágio II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E00036A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30 h</w:t>
            </w:r>
          </w:p>
        </w:tc>
        <w:tc>
          <w:tcPr>
            <w:tcW w:w="2074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18FC4AA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8 a 10 h/aula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378685B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3 créditos</w:t>
            </w:r>
          </w:p>
        </w:tc>
        <w:tc>
          <w:tcPr>
            <w:tcW w:w="22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D48202E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(   )</w:t>
            </w:r>
          </w:p>
        </w:tc>
      </w:tr>
      <w:tr w:rsidR="003D7FDE" w14:paraId="6B1FD206" w14:textId="77777777" w:rsidTr="00AA4B28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143C509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Estágio III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FEAC0BC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45 h</w:t>
            </w:r>
          </w:p>
        </w:tc>
        <w:tc>
          <w:tcPr>
            <w:tcW w:w="2074" w:type="dxa"/>
            <w:gridSpan w:val="2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BF0DDAA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12 a 15 h/aula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27495C7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4 créditos</w:t>
            </w:r>
          </w:p>
        </w:tc>
        <w:tc>
          <w:tcPr>
            <w:tcW w:w="220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DA2D705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(   )</w:t>
            </w:r>
          </w:p>
        </w:tc>
      </w:tr>
      <w:tr w:rsidR="003D7FDE" w14:paraId="748B1C20" w14:textId="77777777" w:rsidTr="00AA4B28">
        <w:trPr>
          <w:jc w:val="center"/>
        </w:trPr>
        <w:tc>
          <w:tcPr>
            <w:tcW w:w="518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93015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b/>
                <w:sz w:val="18"/>
                <w:lang w:val="pt-BR"/>
              </w:rPr>
              <w:t>Carga horária de ministração de aulas prevista pelo(a) estagiário(a)</w:t>
            </w:r>
          </w:p>
        </w:tc>
        <w:tc>
          <w:tcPr>
            <w:tcW w:w="5319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671DE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>_____ h/aula</w:t>
            </w:r>
          </w:p>
        </w:tc>
      </w:tr>
      <w:tr w:rsidR="003D7FDE" w14:paraId="66CC6358" w14:textId="77777777" w:rsidTr="00AA4B28">
        <w:trPr>
          <w:jc w:val="center"/>
        </w:trPr>
        <w:tc>
          <w:tcPr>
            <w:tcW w:w="518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2E699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b/>
                <w:sz w:val="18"/>
                <w:lang w:val="pt-BR"/>
              </w:rPr>
              <w:t>Percentual da carga da disciplina correspondente à ministração pelo(a) estagiário(a)</w:t>
            </w:r>
          </w:p>
        </w:tc>
        <w:tc>
          <w:tcPr>
            <w:tcW w:w="5319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52F82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>_____ %</w:t>
            </w:r>
          </w:p>
        </w:tc>
      </w:tr>
      <w:tr w:rsidR="003D7FDE" w14:paraId="4BB3CF28" w14:textId="77777777" w:rsidTr="00AA4B28">
        <w:trPr>
          <w:jc w:val="center"/>
        </w:trPr>
        <w:tc>
          <w:tcPr>
            <w:tcW w:w="518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0C0DFF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b/>
                <w:sz w:val="18"/>
                <w:lang w:val="pt-BR"/>
              </w:rPr>
              <w:t>Havendo mais de um estagiário: carga total de ministração de aulas de todos os estagiários</w:t>
            </w:r>
          </w:p>
        </w:tc>
        <w:tc>
          <w:tcPr>
            <w:tcW w:w="5319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1C01C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>_____ h/aula = _____ % da disciplina</w:t>
            </w:r>
          </w:p>
        </w:tc>
      </w:tr>
      <w:tr w:rsidR="003D7FDE" w14:paraId="1D10B82D" w14:textId="77777777" w:rsidTr="00AA4B28">
        <w:trPr>
          <w:jc w:val="center"/>
        </w:trPr>
        <w:tc>
          <w:tcPr>
            <w:tcW w:w="5185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F1B54" w14:textId="6EE2DB0B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b/>
                <w:sz w:val="18"/>
                <w:lang w:val="pt-BR"/>
              </w:rPr>
              <w:t>Conferência do limite de 30% da carga horária da disciplina</w:t>
            </w:r>
            <w:r w:rsidR="00AA4B28">
              <w:rPr>
                <w:b/>
                <w:sz w:val="18"/>
                <w:lang w:val="pt-BR"/>
              </w:rPr>
              <w:t xml:space="preserve"> com todos os estagiários</w:t>
            </w:r>
          </w:p>
        </w:tc>
        <w:tc>
          <w:tcPr>
            <w:tcW w:w="5319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851A3" w14:textId="77777777" w:rsidR="003D7FDE" w:rsidRDefault="00000000">
            <w:pPr>
              <w:spacing w:after="0" w:line="240" w:lineRule="auto"/>
            </w:pPr>
            <w:proofErr w:type="gramStart"/>
            <w:r>
              <w:rPr>
                <w:sz w:val="18"/>
              </w:rPr>
              <w:t xml:space="preserve">(  </w:t>
            </w:r>
            <w:proofErr w:type="gramEnd"/>
            <w:r>
              <w:rPr>
                <w:sz w:val="18"/>
              </w:rPr>
              <w:t xml:space="preserve"> ) </w:t>
            </w:r>
            <w:proofErr w:type="spellStart"/>
            <w:r>
              <w:rPr>
                <w:sz w:val="18"/>
              </w:rPr>
              <w:t>Atende</w:t>
            </w:r>
            <w:proofErr w:type="spellEnd"/>
            <w:r>
              <w:rPr>
                <w:sz w:val="18"/>
              </w:rPr>
              <w:t xml:space="preserve">  </w:t>
            </w:r>
            <w:proofErr w:type="gramStart"/>
            <w:r>
              <w:rPr>
                <w:sz w:val="18"/>
              </w:rPr>
              <w:t xml:space="preserve">   (</w:t>
            </w:r>
            <w:proofErr w:type="gramEnd"/>
            <w:r>
              <w:rPr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  )</w:t>
            </w:r>
            <w:proofErr w:type="gram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Não</w:t>
            </w:r>
            <w:proofErr w:type="spellEnd"/>
            <w:r>
              <w:rPr>
                <w:sz w:val="18"/>
              </w:rPr>
              <w:t xml:space="preserve"> atende</w:t>
            </w:r>
          </w:p>
        </w:tc>
      </w:tr>
    </w:tbl>
    <w:p w14:paraId="257667A6" w14:textId="77777777" w:rsidR="003D7FDE" w:rsidRPr="00B67ACA" w:rsidRDefault="00000000">
      <w:pPr>
        <w:spacing w:before="140" w:after="80" w:line="240" w:lineRule="auto"/>
        <w:rPr>
          <w:lang w:val="pt-BR"/>
        </w:rPr>
      </w:pPr>
      <w:r w:rsidRPr="00B67ACA">
        <w:rPr>
          <w:b/>
          <w:sz w:val="22"/>
          <w:lang w:val="pt-BR"/>
        </w:rPr>
        <w:t>4. ATIVIDADES A SEREM DESENVOLVIDAS PELO(A) ESTAGIÁRIO(A)</w:t>
      </w:r>
    </w:p>
    <w:tbl>
      <w:tblPr>
        <w:tblW w:w="10638" w:type="dxa"/>
        <w:jc w:val="center"/>
        <w:tblLook w:val="04A0" w:firstRow="1" w:lastRow="0" w:firstColumn="1" w:lastColumn="0" w:noHBand="0" w:noVBand="1"/>
      </w:tblPr>
      <w:tblGrid>
        <w:gridCol w:w="10638"/>
      </w:tblGrid>
      <w:tr w:rsidR="003D7FDE" w:rsidRPr="00AA4B28" w14:paraId="391AEB07" w14:textId="77777777" w:rsidTr="00AA4B28">
        <w:trPr>
          <w:jc w:val="center"/>
        </w:trPr>
        <w:tc>
          <w:tcPr>
            <w:tcW w:w="1063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4A7301DA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>Descrever ações concretas. Para cada atividade, indicar o que será realizado, o conteúdo/tema relacionado, a responsabilidade do(a) estagiário(a), a forma de supervisão e a carga horária.</w:t>
            </w:r>
            <w:r w:rsidRPr="00B67ACA">
              <w:rPr>
                <w:lang w:val="pt-BR"/>
              </w:rPr>
              <w:br/>
            </w:r>
            <w:r w:rsidRPr="00B67ACA">
              <w:rPr>
                <w:sz w:val="18"/>
                <w:lang w:val="pt-BR"/>
              </w:rPr>
              <w:t>Evitar expressões genéricas como “auxiliar o professor”, “acompanhar as aulas” ou “ajudar nas avaliações” sem detalhamento.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3219"/>
        <w:gridCol w:w="1965"/>
        <w:gridCol w:w="2592"/>
      </w:tblGrid>
      <w:tr w:rsidR="003D7FDE" w14:paraId="544B301C" w14:textId="77777777" w:rsidTr="00AA4B28">
        <w:trPr>
          <w:tblHeader/>
          <w:jc w:val="center"/>
        </w:trPr>
        <w:tc>
          <w:tcPr>
            <w:tcW w:w="2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</w:tcPr>
          <w:p w14:paraId="58B7356C" w14:textId="77777777" w:rsidR="003D7FDE" w:rsidRDefault="00000000">
            <w:pPr>
              <w:spacing w:after="0" w:line="240" w:lineRule="auto"/>
              <w:jc w:val="center"/>
            </w:pPr>
            <w:proofErr w:type="spellStart"/>
            <w:r>
              <w:rPr>
                <w:b/>
                <w:sz w:val="17"/>
              </w:rPr>
              <w:lastRenderedPageBreak/>
              <w:t>Categoria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obrigatória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atividade</w:t>
            </w:r>
            <w:proofErr w:type="spellEnd"/>
          </w:p>
        </w:tc>
        <w:tc>
          <w:tcPr>
            <w:tcW w:w="32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</w:tcPr>
          <w:p w14:paraId="07894DD3" w14:textId="77777777" w:rsidR="003D7FDE" w:rsidRPr="00B67ACA" w:rsidRDefault="00000000">
            <w:pPr>
              <w:spacing w:after="0" w:line="240" w:lineRule="auto"/>
              <w:jc w:val="center"/>
              <w:rPr>
                <w:lang w:val="pt-BR"/>
              </w:rPr>
            </w:pPr>
            <w:r w:rsidRPr="00B67ACA">
              <w:rPr>
                <w:b/>
                <w:sz w:val="17"/>
                <w:lang w:val="pt-BR"/>
              </w:rPr>
              <w:t>Descrição detalhada da atuação do(a) estagiário(a)</w:t>
            </w:r>
          </w:p>
        </w:tc>
        <w:tc>
          <w:tcPr>
            <w:tcW w:w="1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</w:tcPr>
          <w:p w14:paraId="397B461C" w14:textId="77777777" w:rsidR="003D7FDE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 xml:space="preserve">Forma de </w:t>
            </w:r>
            <w:proofErr w:type="spellStart"/>
            <w:r>
              <w:rPr>
                <w:b/>
                <w:sz w:val="17"/>
              </w:rPr>
              <w:t>supervisão</w:t>
            </w:r>
            <w:proofErr w:type="spellEnd"/>
          </w:p>
        </w:tc>
        <w:tc>
          <w:tcPr>
            <w:tcW w:w="2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</w:tcPr>
          <w:p w14:paraId="493D6B53" w14:textId="77777777" w:rsidR="003D7FDE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CH</w:t>
            </w:r>
          </w:p>
        </w:tc>
      </w:tr>
      <w:tr w:rsidR="003D7FDE" w14:paraId="51A52423" w14:textId="77777777" w:rsidTr="00AA4B28">
        <w:trPr>
          <w:jc w:val="center"/>
        </w:trPr>
        <w:tc>
          <w:tcPr>
            <w:tcW w:w="2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3817DA8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b/>
                <w:sz w:val="17"/>
                <w:lang w:val="pt-BR"/>
              </w:rPr>
              <w:t>1. Planejamento e preparação de aula(s)</w:t>
            </w:r>
          </w:p>
        </w:tc>
        <w:tc>
          <w:tcPr>
            <w:tcW w:w="32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9BE8DEA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 xml:space="preserve"> </w:t>
            </w:r>
          </w:p>
        </w:tc>
        <w:tc>
          <w:tcPr>
            <w:tcW w:w="1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E573BD4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 xml:space="preserve"> </w:t>
            </w:r>
          </w:p>
        </w:tc>
        <w:tc>
          <w:tcPr>
            <w:tcW w:w="2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39EE433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___ h</w:t>
            </w:r>
          </w:p>
        </w:tc>
      </w:tr>
      <w:tr w:rsidR="003D7FDE" w14:paraId="3753084B" w14:textId="77777777" w:rsidTr="00AA4B28">
        <w:trPr>
          <w:jc w:val="center"/>
        </w:trPr>
        <w:tc>
          <w:tcPr>
            <w:tcW w:w="2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768219D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b/>
                <w:sz w:val="17"/>
                <w:lang w:val="pt-BR"/>
              </w:rPr>
              <w:t>2. Ministração de aula(s) teórica(s), teórico-prática(s) e/ou prática(s)</w:t>
            </w:r>
          </w:p>
        </w:tc>
        <w:tc>
          <w:tcPr>
            <w:tcW w:w="32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0DE6825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 xml:space="preserve"> </w:t>
            </w:r>
          </w:p>
        </w:tc>
        <w:tc>
          <w:tcPr>
            <w:tcW w:w="1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6F4DFA54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 xml:space="preserve"> </w:t>
            </w:r>
          </w:p>
        </w:tc>
        <w:tc>
          <w:tcPr>
            <w:tcW w:w="2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D894CC6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___ h</w:t>
            </w:r>
          </w:p>
        </w:tc>
      </w:tr>
      <w:tr w:rsidR="003D7FDE" w14:paraId="73340831" w14:textId="77777777" w:rsidTr="00AA4B28">
        <w:trPr>
          <w:jc w:val="center"/>
        </w:trPr>
        <w:tc>
          <w:tcPr>
            <w:tcW w:w="2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7720036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b/>
                <w:sz w:val="17"/>
                <w:lang w:val="pt-BR"/>
              </w:rPr>
              <w:t>3. Aplicação de método(s) ou técnica(s) pedagógica(s)</w:t>
            </w:r>
          </w:p>
        </w:tc>
        <w:tc>
          <w:tcPr>
            <w:tcW w:w="32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3B7EDEBA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 xml:space="preserve"> </w:t>
            </w:r>
          </w:p>
        </w:tc>
        <w:tc>
          <w:tcPr>
            <w:tcW w:w="1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D334783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 xml:space="preserve"> </w:t>
            </w:r>
          </w:p>
        </w:tc>
        <w:tc>
          <w:tcPr>
            <w:tcW w:w="2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34B1A13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___ h</w:t>
            </w:r>
          </w:p>
        </w:tc>
      </w:tr>
      <w:tr w:rsidR="003D7FDE" w14:paraId="3B141BCD" w14:textId="77777777" w:rsidTr="00AA4B28">
        <w:trPr>
          <w:jc w:val="center"/>
        </w:trPr>
        <w:tc>
          <w:tcPr>
            <w:tcW w:w="2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2E2B2FF9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b/>
                <w:sz w:val="17"/>
                <w:lang w:val="pt-BR"/>
              </w:rPr>
              <w:t>4. Participação/auxílio em atividades de avaliação da aprendizagem</w:t>
            </w:r>
          </w:p>
        </w:tc>
        <w:tc>
          <w:tcPr>
            <w:tcW w:w="32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9DC2AB7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 xml:space="preserve"> </w:t>
            </w:r>
          </w:p>
        </w:tc>
        <w:tc>
          <w:tcPr>
            <w:tcW w:w="1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1E5F7E5B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 xml:space="preserve"> </w:t>
            </w:r>
          </w:p>
        </w:tc>
        <w:tc>
          <w:tcPr>
            <w:tcW w:w="2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507F34A9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___ h</w:t>
            </w:r>
          </w:p>
        </w:tc>
      </w:tr>
      <w:tr w:rsidR="003D7FDE" w14:paraId="1EB2D35D" w14:textId="77777777" w:rsidTr="00AA4B28">
        <w:trPr>
          <w:jc w:val="center"/>
        </w:trPr>
        <w:tc>
          <w:tcPr>
            <w:tcW w:w="2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D7B4A3D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b/>
                <w:sz w:val="17"/>
                <w:lang w:val="pt-BR"/>
              </w:rPr>
              <w:t>5. Outras atividades formativas previstas ao longo do semestre*</w:t>
            </w:r>
          </w:p>
        </w:tc>
        <w:tc>
          <w:tcPr>
            <w:tcW w:w="3219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4DDBB391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 xml:space="preserve"> </w:t>
            </w:r>
          </w:p>
        </w:tc>
        <w:tc>
          <w:tcPr>
            <w:tcW w:w="196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00849E5E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 xml:space="preserve"> </w:t>
            </w:r>
          </w:p>
        </w:tc>
        <w:tc>
          <w:tcPr>
            <w:tcW w:w="25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90" w:type="dxa"/>
              <w:left w:w="80" w:type="dxa"/>
              <w:bottom w:w="90" w:type="dxa"/>
              <w:right w:w="80" w:type="dxa"/>
            </w:tcMar>
          </w:tcPr>
          <w:p w14:paraId="7ABC23B5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___ h</w:t>
            </w:r>
          </w:p>
        </w:tc>
      </w:tr>
    </w:tbl>
    <w:p w14:paraId="4D63587F" w14:textId="77777777" w:rsidR="003D7FDE" w:rsidRPr="00B67ACA" w:rsidRDefault="00000000">
      <w:pPr>
        <w:spacing w:before="40" w:after="0" w:line="240" w:lineRule="auto"/>
        <w:rPr>
          <w:lang w:val="pt-BR"/>
        </w:rPr>
      </w:pPr>
      <w:r w:rsidRPr="00B67ACA">
        <w:rPr>
          <w:i/>
          <w:sz w:val="17"/>
          <w:lang w:val="pt-BR"/>
        </w:rPr>
        <w:t>*Quando houver, descrever somente atividades compatíveis com a formação para a docência no ensino superior.</w:t>
      </w:r>
    </w:p>
    <w:p w14:paraId="7746E570" w14:textId="77777777" w:rsidR="003D7FDE" w:rsidRPr="00B67ACA" w:rsidRDefault="00000000">
      <w:pPr>
        <w:spacing w:before="140" w:after="80" w:line="240" w:lineRule="auto"/>
        <w:rPr>
          <w:lang w:val="pt-BR"/>
        </w:rPr>
      </w:pPr>
      <w:r w:rsidRPr="00B67ACA">
        <w:rPr>
          <w:b/>
          <w:sz w:val="22"/>
          <w:lang w:val="pt-BR"/>
        </w:rPr>
        <w:t>5. METODOLOGIA DE TRABALHO DO(A) ESTAGIÁRIO(A)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70"/>
        <w:gridCol w:w="20"/>
      </w:tblGrid>
      <w:tr w:rsidR="003D7FDE" w:rsidRPr="00AA4B28" w14:paraId="36FE8D83" w14:textId="77777777">
        <w:trPr>
          <w:gridAfter w:val="1"/>
          <w:wAfter w:w="20" w:type="dxa"/>
          <w:jc w:val="center"/>
        </w:trPr>
        <w:tc>
          <w:tcPr>
            <w:tcW w:w="103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DCE9B4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>Detalhar como as atividades serão executadas: estratégias pedagógicas, recursos didáticos, organização das aulas, interação com os estudantes, acompanhamento pelo docente responsável/supervisor e forma de feedback ao(à) estagiário(a).</w:t>
            </w:r>
          </w:p>
        </w:tc>
      </w:tr>
      <w:tr w:rsidR="003D7FDE" w:rsidRPr="00AA4B28" w14:paraId="7D0B1E80" w14:textId="77777777">
        <w:trPr>
          <w:jc w:val="center"/>
        </w:trPr>
        <w:tc>
          <w:tcPr>
            <w:tcW w:w="10370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79C73" w14:textId="77777777" w:rsidR="003D7FDE" w:rsidRPr="00B67ACA" w:rsidRDefault="003D7FDE">
            <w:pPr>
              <w:rPr>
                <w:lang w:val="pt-BR"/>
              </w:rPr>
            </w:pPr>
          </w:p>
          <w:p w14:paraId="1389DB05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lang w:val="pt-BR"/>
              </w:rPr>
              <w:t xml:space="preserve"> </w:t>
            </w:r>
          </w:p>
          <w:p w14:paraId="2AA4103B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lang w:val="pt-BR"/>
              </w:rPr>
              <w:t xml:space="preserve"> </w:t>
            </w:r>
          </w:p>
          <w:p w14:paraId="730F70DC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lang w:val="pt-BR"/>
              </w:rPr>
              <w:t xml:space="preserve"> </w:t>
            </w:r>
          </w:p>
          <w:p w14:paraId="3269A86D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lang w:val="pt-BR"/>
              </w:rPr>
              <w:t xml:space="preserve"> </w:t>
            </w:r>
          </w:p>
          <w:p w14:paraId="1A6F24DB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lang w:val="pt-BR"/>
              </w:rPr>
              <w:t xml:space="preserve"> </w:t>
            </w:r>
          </w:p>
          <w:p w14:paraId="34E5B56F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lang w:val="pt-BR"/>
              </w:rPr>
              <w:t xml:space="preserve"> </w:t>
            </w:r>
          </w:p>
          <w:p w14:paraId="6B6E2EED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lang w:val="pt-BR"/>
              </w:rPr>
              <w:t xml:space="preserve"> </w:t>
            </w:r>
          </w:p>
        </w:tc>
      </w:tr>
    </w:tbl>
    <w:p w14:paraId="2E9DFDA0" w14:textId="77777777" w:rsidR="003D7FDE" w:rsidRPr="00B67ACA" w:rsidRDefault="00000000">
      <w:pPr>
        <w:spacing w:before="140" w:after="80" w:line="240" w:lineRule="auto"/>
        <w:rPr>
          <w:lang w:val="pt-BR"/>
        </w:rPr>
      </w:pPr>
      <w:r w:rsidRPr="00B67ACA">
        <w:rPr>
          <w:b/>
          <w:sz w:val="22"/>
          <w:lang w:val="pt-BR"/>
        </w:rPr>
        <w:t>6. RESULTADOS ESPERADOS PARA A FORMAÇÃO DOCENTE DO(A) ESTAGIÁRIO(A)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70"/>
        <w:gridCol w:w="20"/>
      </w:tblGrid>
      <w:tr w:rsidR="003D7FDE" w:rsidRPr="00AA4B28" w14:paraId="6ED32BBF" w14:textId="77777777">
        <w:trPr>
          <w:gridAfter w:val="1"/>
          <w:wAfter w:w="20" w:type="dxa"/>
          <w:jc w:val="center"/>
        </w:trPr>
        <w:tc>
          <w:tcPr>
            <w:tcW w:w="103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E17B6F7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>Indicar resultados de aprendizagem do próprio estagiário, relacionados ao desenvolvimento de competências para a docência no ensino superior. Não utilizar como resultados apenas os objetivos da disciplina de graduação.</w:t>
            </w:r>
          </w:p>
        </w:tc>
      </w:tr>
      <w:tr w:rsidR="003D7FDE" w:rsidRPr="00AA4B28" w14:paraId="7ECFF726" w14:textId="77777777">
        <w:trPr>
          <w:jc w:val="center"/>
        </w:trPr>
        <w:tc>
          <w:tcPr>
            <w:tcW w:w="10370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22EB5" w14:textId="77777777" w:rsidR="003D7FDE" w:rsidRPr="00B67ACA" w:rsidRDefault="003D7FDE">
            <w:pPr>
              <w:rPr>
                <w:lang w:val="pt-BR"/>
              </w:rPr>
            </w:pPr>
          </w:p>
          <w:p w14:paraId="24069405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lang w:val="pt-BR"/>
              </w:rPr>
              <w:t xml:space="preserve"> </w:t>
            </w:r>
          </w:p>
          <w:p w14:paraId="2B695B7C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lang w:val="pt-BR"/>
              </w:rPr>
              <w:t xml:space="preserve"> </w:t>
            </w:r>
          </w:p>
          <w:p w14:paraId="03E76B75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lang w:val="pt-BR"/>
              </w:rPr>
              <w:t xml:space="preserve"> </w:t>
            </w:r>
          </w:p>
          <w:p w14:paraId="60121EF3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lang w:val="pt-BR"/>
              </w:rPr>
              <w:t xml:space="preserve"> </w:t>
            </w:r>
          </w:p>
          <w:p w14:paraId="323A3A01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lang w:val="pt-BR"/>
              </w:rPr>
              <w:t xml:space="preserve"> </w:t>
            </w:r>
          </w:p>
        </w:tc>
      </w:tr>
    </w:tbl>
    <w:p w14:paraId="1C23E940" w14:textId="31B83A21" w:rsidR="003D7FDE" w:rsidRPr="00B67ACA" w:rsidRDefault="00000000" w:rsidP="00B67ACA">
      <w:pPr>
        <w:rPr>
          <w:lang w:val="pt-BR"/>
        </w:rPr>
      </w:pPr>
      <w:r w:rsidRPr="00B67ACA">
        <w:rPr>
          <w:lang w:val="pt-BR"/>
        </w:rPr>
        <w:br w:type="page"/>
      </w:r>
      <w:r w:rsidRPr="00B67ACA">
        <w:rPr>
          <w:b/>
          <w:sz w:val="22"/>
          <w:lang w:val="pt-BR"/>
        </w:rPr>
        <w:lastRenderedPageBreak/>
        <w:t>7. DISTRIBUIÇÃO DA CARGA HORÁRIA DO ESTÁGIO</w:t>
      </w:r>
    </w:p>
    <w:p w14:paraId="28B7FD4A" w14:textId="77777777" w:rsidR="003D7FDE" w:rsidRPr="00B67ACA" w:rsidRDefault="00000000">
      <w:pPr>
        <w:spacing w:after="60" w:line="240" w:lineRule="auto"/>
        <w:rPr>
          <w:lang w:val="pt-BR"/>
        </w:rPr>
      </w:pPr>
      <w:r w:rsidRPr="00B67ACA">
        <w:rPr>
          <w:b/>
          <w:sz w:val="19"/>
          <w:lang w:val="pt-BR"/>
        </w:rPr>
        <w:t>A soma deve corresponder exatamente a 15, 30 ou 45 horas, conforme a modalidade.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3D7FDE" w14:paraId="7850EEEE" w14:textId="77777777">
        <w:trPr>
          <w:jc w:val="center"/>
        </w:trPr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CCCD6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>Preparação e planejamento de aulas</w:t>
            </w:r>
          </w:p>
        </w:tc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AF620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_____ h</w:t>
            </w:r>
          </w:p>
        </w:tc>
      </w:tr>
      <w:tr w:rsidR="003D7FDE" w14:paraId="61DE6D5D" w14:textId="77777777">
        <w:trPr>
          <w:jc w:val="center"/>
        </w:trPr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B2156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>Ministração de aulas</w:t>
            </w:r>
          </w:p>
        </w:tc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ACA43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_____ h</w:t>
            </w:r>
          </w:p>
        </w:tc>
      </w:tr>
      <w:tr w:rsidR="003D7FDE" w14:paraId="7FB73853" w14:textId="77777777">
        <w:trPr>
          <w:jc w:val="center"/>
        </w:trPr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680E6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>Preparação/aplicação/correção ou discussão de avaliações</w:t>
            </w:r>
          </w:p>
        </w:tc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BB18C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_____ h</w:t>
            </w:r>
          </w:p>
        </w:tc>
      </w:tr>
      <w:tr w:rsidR="003D7FDE" w14:paraId="75A45954" w14:textId="77777777">
        <w:trPr>
          <w:jc w:val="center"/>
        </w:trPr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8BAA5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>Aplicação de métodos/técnicas pedagógicas e outras atividades formativas</w:t>
            </w:r>
          </w:p>
        </w:tc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D1467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_____ h</w:t>
            </w:r>
          </w:p>
        </w:tc>
      </w:tr>
      <w:tr w:rsidR="003D7FDE" w14:paraId="4893513E" w14:textId="77777777">
        <w:trPr>
          <w:jc w:val="center"/>
        </w:trPr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3E846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>Outras atividades previstas e justificadas</w:t>
            </w:r>
          </w:p>
        </w:tc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2898A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_____ h</w:t>
            </w:r>
          </w:p>
        </w:tc>
      </w:tr>
      <w:tr w:rsidR="003D7FDE" w14:paraId="2E692006" w14:textId="77777777">
        <w:trPr>
          <w:jc w:val="center"/>
        </w:trPr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096C2" w14:textId="77777777" w:rsidR="003D7FD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TOTAL</w:t>
            </w:r>
          </w:p>
        </w:tc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C46525" w14:textId="77777777" w:rsidR="003D7FDE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_____ h</w:t>
            </w:r>
          </w:p>
        </w:tc>
      </w:tr>
    </w:tbl>
    <w:p w14:paraId="11FE4905" w14:textId="77777777" w:rsidR="003D7FDE" w:rsidRDefault="00000000">
      <w:pPr>
        <w:spacing w:before="140" w:after="80" w:line="240" w:lineRule="auto"/>
      </w:pPr>
      <w:r>
        <w:rPr>
          <w:b/>
          <w:sz w:val="22"/>
        </w:rPr>
        <w:t>8. CRONOGRAMA DAS ATIVIDADES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70"/>
      </w:tblGrid>
      <w:tr w:rsidR="003D7FDE" w:rsidRPr="00AA4B28" w14:paraId="41BBA55E" w14:textId="77777777">
        <w:trPr>
          <w:jc w:val="center"/>
        </w:trPr>
        <w:tc>
          <w:tcPr>
            <w:tcW w:w="1037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343F931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8"/>
                <w:lang w:val="pt-BR"/>
              </w:rPr>
              <w:t>O cronograma deve indicar a atribuição/responsabilidade do(a) estagiário(a) em cada data prevista, distribuindo as atividades ao longo do semestre.</w:t>
            </w:r>
            <w:r w:rsidRPr="00B67ACA">
              <w:rPr>
                <w:lang w:val="pt-BR"/>
              </w:rPr>
              <w:br/>
            </w:r>
            <w:r w:rsidRPr="00B67ACA">
              <w:rPr>
                <w:sz w:val="18"/>
                <w:lang w:val="pt-BR"/>
              </w:rPr>
              <w:t>Em “atividade/responsabilidade”, informar a ação efetivamente realizada pelo(a) estagiário(a): preparar material, ministrar conteúdo, aplicar estratégia pedagógica, elaborar instrumento, acompanhar avaliação, corrigir/discutir atividade, entre outras.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3D7FDE" w14:paraId="255ECBA3" w14:textId="77777777">
        <w:trPr>
          <w:tblHeader/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</w:tcPr>
          <w:p w14:paraId="56C3D573" w14:textId="77777777" w:rsidR="003D7FDE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Data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</w:tcPr>
          <w:p w14:paraId="31E06F80" w14:textId="77777777" w:rsidR="003D7FDE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Conteúdo/atividade da disciplina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</w:tcPr>
          <w:p w14:paraId="0A22495C" w14:textId="77777777" w:rsidR="003D7FDE" w:rsidRPr="00B67ACA" w:rsidRDefault="00000000">
            <w:pPr>
              <w:spacing w:after="0" w:line="240" w:lineRule="auto"/>
              <w:jc w:val="center"/>
              <w:rPr>
                <w:lang w:val="pt-BR"/>
              </w:rPr>
            </w:pPr>
            <w:r w:rsidRPr="00B67ACA">
              <w:rPr>
                <w:b/>
                <w:sz w:val="17"/>
                <w:lang w:val="pt-BR"/>
              </w:rPr>
              <w:t>Atividade e responsabilidade do(a) estagiário(a)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</w:tcPr>
          <w:p w14:paraId="60650950" w14:textId="77777777" w:rsidR="003D7FDE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Tipo*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D9D9D9"/>
          </w:tcPr>
          <w:p w14:paraId="1F23396D" w14:textId="77777777" w:rsidR="003D7FDE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CH</w:t>
            </w:r>
          </w:p>
        </w:tc>
      </w:tr>
      <w:tr w:rsidR="003D7FDE" w14:paraId="360DE40F" w14:textId="77777777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B6F92B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81AF00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237EAB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4BF6700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DF2EA9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3D7FDE" w14:paraId="52288491" w14:textId="77777777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F2E50C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49CFC7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CB4FE00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68137D1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472377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3D7FDE" w14:paraId="005188EA" w14:textId="77777777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727D92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485481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7DECC7A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95748A5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8AEA76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3D7FDE" w14:paraId="2FCFC726" w14:textId="77777777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FE1687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8B3289C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C29E2A9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E915C8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F56FD3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3D7FDE" w14:paraId="6A399E76" w14:textId="77777777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17B9F2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455B26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DC6794C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228572A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A4B828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3D7FDE" w14:paraId="57BE0C9C" w14:textId="77777777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80FD18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27A4E98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92604FF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29A7412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A638A50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3D7FDE" w14:paraId="773F6F80" w14:textId="77777777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F69CA8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E4A6A7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DA5BC5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FF34DD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9BC0C7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3D7FDE" w14:paraId="4B42F22C" w14:textId="77777777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7A58034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342ABA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57E143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D6989F4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4DE3278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3D7FDE" w14:paraId="043A4ED3" w14:textId="77777777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514DE3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25D760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C47CE2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EF79901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BB5B053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3D7FDE" w14:paraId="5E85FFE5" w14:textId="77777777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EEB311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F5878C8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01E4FD3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E909D9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82BAC84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3D7FDE" w14:paraId="48406371" w14:textId="77777777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5B6DA05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2D6C5E2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7267A9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3FFA234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FE5645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3D7FDE" w14:paraId="0513517D" w14:textId="77777777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933BFBD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14F9FC3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6B0B71B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46D7AA7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7071091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3D7FDE" w14:paraId="366071E8" w14:textId="77777777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129CE79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BE2DC49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929BEAD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84CABD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6290F9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3D7FDE" w14:paraId="1F04A885" w14:textId="77777777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FE95C4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C45ACB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0DBE860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F6E816A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D67B7D8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3D7FDE" w14:paraId="6557A4B7" w14:textId="77777777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C1C1FF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43C18A5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08A56F2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6365610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D90569D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  <w:tr w:rsidR="003D7FDE" w14:paraId="50766872" w14:textId="77777777">
        <w:trPr>
          <w:jc w:val="center"/>
        </w:trPr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56FEF5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7FEE39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8E2C5DE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ECDA239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  <w:tc>
          <w:tcPr>
            <w:tcW w:w="207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D556F9" w14:textId="77777777" w:rsidR="003D7FDE" w:rsidRDefault="00000000">
            <w:pPr>
              <w:spacing w:after="0" w:line="240" w:lineRule="auto"/>
            </w:pPr>
            <w:r>
              <w:rPr>
                <w:sz w:val="17"/>
              </w:rPr>
              <w:t xml:space="preserve"> </w:t>
            </w:r>
          </w:p>
        </w:tc>
      </w:tr>
    </w:tbl>
    <w:p w14:paraId="6991BD05" w14:textId="77777777" w:rsidR="003D7FDE" w:rsidRPr="00B67ACA" w:rsidRDefault="00000000">
      <w:pPr>
        <w:spacing w:before="40" w:after="0" w:line="240" w:lineRule="auto"/>
        <w:rPr>
          <w:lang w:val="pt-BR"/>
        </w:rPr>
      </w:pPr>
      <w:r w:rsidRPr="00B67ACA">
        <w:rPr>
          <w:i/>
          <w:sz w:val="16"/>
          <w:lang w:val="pt-BR"/>
        </w:rPr>
        <w:t>*Sugestão de códigos: P = preparação/planejamento; M = ministração de aula; A = avaliação; T = método/técnica pedagógica; O = outra atividade formativa.</w:t>
      </w:r>
    </w:p>
    <w:p w14:paraId="170D6054" w14:textId="77777777" w:rsidR="003D7FDE" w:rsidRPr="00B67ACA" w:rsidRDefault="00000000">
      <w:pPr>
        <w:pageBreakBefore/>
        <w:spacing w:before="140" w:after="80" w:line="240" w:lineRule="auto"/>
        <w:rPr>
          <w:lang w:val="pt-BR"/>
        </w:rPr>
      </w:pPr>
      <w:r w:rsidRPr="00B67ACA">
        <w:rPr>
          <w:b/>
          <w:sz w:val="22"/>
          <w:lang w:val="pt-BR"/>
        </w:rPr>
        <w:lastRenderedPageBreak/>
        <w:t>9. CHECKLIST DE CONFORMIDADE ANTES DA ENTREGA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3D7FDE" w:rsidRPr="00AA4B28" w14:paraId="1006D941" w14:textId="77777777">
        <w:trPr>
          <w:jc w:val="center"/>
        </w:trPr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735457D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(   )</w:t>
            </w:r>
          </w:p>
        </w:tc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1B7B77B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7"/>
                <w:lang w:val="pt-BR"/>
              </w:rPr>
              <w:t>Todos os dados de identificação estão preenchidos.</w:t>
            </w:r>
          </w:p>
        </w:tc>
      </w:tr>
      <w:tr w:rsidR="003D7FDE" w:rsidRPr="00AA4B28" w14:paraId="1AF49819" w14:textId="77777777">
        <w:trPr>
          <w:jc w:val="center"/>
        </w:trPr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1C957D8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(   )</w:t>
            </w:r>
          </w:p>
        </w:tc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43BF360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7"/>
                <w:lang w:val="pt-BR"/>
              </w:rPr>
              <w:t>A disciplina de graduação possui o número mínimo de créditos exigido para a modalidade escolhida.</w:t>
            </w:r>
          </w:p>
        </w:tc>
      </w:tr>
      <w:tr w:rsidR="003D7FDE" w:rsidRPr="00AA4B28" w14:paraId="08C4FD55" w14:textId="77777777">
        <w:trPr>
          <w:jc w:val="center"/>
        </w:trPr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47BB1FA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(   )</w:t>
            </w:r>
          </w:p>
        </w:tc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86794D2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7"/>
                <w:lang w:val="pt-BR"/>
              </w:rPr>
              <w:t>A carga horária total do estágio soma exatamente 15 h, 30 h ou 45 h.</w:t>
            </w:r>
          </w:p>
        </w:tc>
      </w:tr>
      <w:tr w:rsidR="003D7FDE" w:rsidRPr="00AA4B28" w14:paraId="00D7BF22" w14:textId="77777777">
        <w:trPr>
          <w:jc w:val="center"/>
        </w:trPr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8374C79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(   )</w:t>
            </w:r>
          </w:p>
        </w:tc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C7D5FF9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7"/>
                <w:lang w:val="pt-BR"/>
              </w:rPr>
              <w:t>A carga horária de ministração de aulas está dentro da faixa exigida para a modalidade.</w:t>
            </w:r>
          </w:p>
        </w:tc>
      </w:tr>
      <w:tr w:rsidR="003D7FDE" w:rsidRPr="00AA4B28" w14:paraId="505D99F5" w14:textId="77777777">
        <w:trPr>
          <w:jc w:val="center"/>
        </w:trPr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6FCC2F80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(   )</w:t>
            </w:r>
          </w:p>
        </w:tc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7472B87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7"/>
                <w:lang w:val="pt-BR"/>
              </w:rPr>
              <w:t>A ministração de aulas pelo(s) estagiário(s) não ultrapassa 30% da carga horária da disciplina.</w:t>
            </w:r>
          </w:p>
        </w:tc>
      </w:tr>
      <w:tr w:rsidR="003D7FDE" w:rsidRPr="00AA4B28" w14:paraId="02ABE8DC" w14:textId="77777777">
        <w:trPr>
          <w:jc w:val="center"/>
        </w:trPr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1E82385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(   )</w:t>
            </w:r>
          </w:p>
        </w:tc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1A78527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7"/>
                <w:lang w:val="pt-BR"/>
              </w:rPr>
              <w:t>O plano inclui preparação de aulas e auxílio/participação em atividades de avaliação.</w:t>
            </w:r>
          </w:p>
        </w:tc>
      </w:tr>
      <w:tr w:rsidR="003D7FDE" w:rsidRPr="00AA4B28" w14:paraId="597F9AE0" w14:textId="77777777">
        <w:trPr>
          <w:jc w:val="center"/>
        </w:trPr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8110289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(   )</w:t>
            </w:r>
          </w:p>
        </w:tc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F9B079A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7"/>
                <w:lang w:val="pt-BR"/>
              </w:rPr>
              <w:t>As atividades estão descritas detalhadamente e se referem à atuação do(a) estagiário(a).</w:t>
            </w:r>
          </w:p>
        </w:tc>
      </w:tr>
      <w:tr w:rsidR="003D7FDE" w:rsidRPr="00AA4B28" w14:paraId="02552BCA" w14:textId="77777777">
        <w:trPr>
          <w:jc w:val="center"/>
        </w:trPr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F656DDA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(   )</w:t>
            </w:r>
          </w:p>
        </w:tc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4133FBF1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7"/>
                <w:lang w:val="pt-BR"/>
              </w:rPr>
              <w:t>A metodologia de trabalho está detalhada.</w:t>
            </w:r>
          </w:p>
        </w:tc>
      </w:tr>
      <w:tr w:rsidR="003D7FDE" w:rsidRPr="00AA4B28" w14:paraId="29B7C128" w14:textId="77777777">
        <w:trPr>
          <w:jc w:val="center"/>
        </w:trPr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87D92B1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(   )</w:t>
            </w:r>
          </w:p>
        </w:tc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4714D86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7"/>
                <w:lang w:val="pt-BR"/>
              </w:rPr>
              <w:t>Os resultados esperados se referem à formação docente do(a) estagiário(a).</w:t>
            </w:r>
          </w:p>
        </w:tc>
      </w:tr>
      <w:tr w:rsidR="003D7FDE" w:rsidRPr="00AA4B28" w14:paraId="49A34162" w14:textId="77777777">
        <w:trPr>
          <w:jc w:val="center"/>
        </w:trPr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979ED35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(   )</w:t>
            </w:r>
          </w:p>
        </w:tc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58DBD48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7"/>
                <w:lang w:val="pt-BR"/>
              </w:rPr>
              <w:t>O cronograma informa a atribuição/responsabilidade do(a) estagiário(a) nas datas previstas.</w:t>
            </w:r>
          </w:p>
        </w:tc>
      </w:tr>
      <w:tr w:rsidR="003D7FDE" w:rsidRPr="00AA4B28" w14:paraId="457D6527" w14:textId="77777777">
        <w:trPr>
          <w:jc w:val="center"/>
        </w:trPr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710185B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(   )</w:t>
            </w:r>
          </w:p>
        </w:tc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F832709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7"/>
                <w:lang w:val="pt-BR"/>
              </w:rPr>
              <w:t>As atividades estão distribuídas ao longo do semestre letivo.</w:t>
            </w:r>
          </w:p>
        </w:tc>
      </w:tr>
      <w:tr w:rsidR="003D7FDE" w:rsidRPr="00AA4B28" w14:paraId="3A3F6548" w14:textId="77777777">
        <w:trPr>
          <w:jc w:val="center"/>
        </w:trPr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69E5DAF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(   )</w:t>
            </w:r>
          </w:p>
        </w:tc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47CFE95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7"/>
                <w:lang w:val="pt-BR"/>
              </w:rPr>
              <w:t>O(a) estagiário(a) não assume a totalidade das atividades da disciplina ou módulo.</w:t>
            </w:r>
          </w:p>
        </w:tc>
      </w:tr>
      <w:tr w:rsidR="003D7FDE" w:rsidRPr="00AA4B28" w14:paraId="3AFED7B4" w14:textId="77777777">
        <w:trPr>
          <w:jc w:val="center"/>
        </w:trPr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D1D5C1D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(   )</w:t>
            </w:r>
          </w:p>
        </w:tc>
        <w:tc>
          <w:tcPr>
            <w:tcW w:w="51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5A63A005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r w:rsidRPr="00B67ACA">
              <w:rPr>
                <w:sz w:val="17"/>
                <w:lang w:val="pt-BR"/>
              </w:rPr>
              <w:t>O plano será assinado pelo(a) estudante, orientador(a) e professor(a) responsável/supervisor(a).</w:t>
            </w:r>
          </w:p>
        </w:tc>
      </w:tr>
    </w:tbl>
    <w:p w14:paraId="5DA5DFD8" w14:textId="77777777" w:rsidR="003D7FDE" w:rsidRPr="00B67ACA" w:rsidRDefault="00000000">
      <w:pPr>
        <w:spacing w:before="140" w:after="80" w:line="240" w:lineRule="auto"/>
        <w:rPr>
          <w:lang w:val="pt-BR"/>
        </w:rPr>
      </w:pPr>
      <w:r w:rsidRPr="00B67ACA">
        <w:rPr>
          <w:b/>
          <w:sz w:val="22"/>
          <w:lang w:val="pt-BR"/>
        </w:rPr>
        <w:t>10. DECLARAÇÃO E ASSINATURAS</w:t>
      </w:r>
    </w:p>
    <w:p w14:paraId="3F8937F0" w14:textId="77777777" w:rsidR="003D7FDE" w:rsidRPr="00B67ACA" w:rsidRDefault="00000000">
      <w:pPr>
        <w:spacing w:after="100" w:line="252" w:lineRule="auto"/>
        <w:rPr>
          <w:lang w:val="pt-BR"/>
        </w:rPr>
      </w:pPr>
      <w:r w:rsidRPr="00B67ACA">
        <w:rPr>
          <w:sz w:val="18"/>
          <w:lang w:val="pt-BR"/>
        </w:rPr>
        <w:t>Declaro que este plano foi elaborado em conjunto com o(a) professor(a) responsável/supervisor(a) da disciplina, com anuência do(a) orientador(a), e que as atividades serão realizadas sob supervisão docente, nos termos da Norma nº 02/PPGCR/2025.</w:t>
      </w:r>
    </w:p>
    <w:p w14:paraId="0E33BD32" w14:textId="77777777" w:rsidR="003D7FDE" w:rsidRDefault="00000000">
      <w:pPr>
        <w:spacing w:line="240" w:lineRule="auto"/>
        <w:jc w:val="right"/>
      </w:pPr>
      <w:proofErr w:type="spellStart"/>
      <w:r>
        <w:rPr>
          <w:sz w:val="19"/>
        </w:rPr>
        <w:t>Araranguá</w:t>
      </w:r>
      <w:proofErr w:type="spellEnd"/>
      <w:r>
        <w:rPr>
          <w:sz w:val="19"/>
        </w:rPr>
        <w:t>, ____ de __________________ de ______.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7"/>
        <w:gridCol w:w="3457"/>
        <w:gridCol w:w="3457"/>
      </w:tblGrid>
      <w:tr w:rsidR="003D7FDE" w14:paraId="1BB0FE3A" w14:textId="77777777">
        <w:trPr>
          <w:jc w:val="center"/>
        </w:trPr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</w:tcPr>
          <w:p w14:paraId="71EDD3D2" w14:textId="77777777" w:rsidR="003D7FDE" w:rsidRDefault="00000000">
            <w:pPr>
              <w:spacing w:before="160" w:after="0" w:line="240" w:lineRule="auto"/>
              <w:jc w:val="center"/>
            </w:pPr>
            <w:r>
              <w:rPr>
                <w:sz w:val="18"/>
              </w:rPr>
              <w:br/>
              <w:t>__________________________________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</w:tcPr>
          <w:p w14:paraId="4BE40305" w14:textId="77777777" w:rsidR="003D7FDE" w:rsidRDefault="00000000">
            <w:pPr>
              <w:spacing w:before="160" w:after="0" w:line="240" w:lineRule="auto"/>
              <w:jc w:val="center"/>
            </w:pPr>
            <w:r>
              <w:rPr>
                <w:sz w:val="18"/>
              </w:rPr>
              <w:br/>
              <w:t>__________________________________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</w:tcPr>
          <w:p w14:paraId="0554A7AB" w14:textId="77777777" w:rsidR="003D7FDE" w:rsidRDefault="00000000">
            <w:pPr>
              <w:spacing w:before="160" w:after="0" w:line="240" w:lineRule="auto"/>
              <w:jc w:val="center"/>
            </w:pPr>
            <w:r>
              <w:rPr>
                <w:sz w:val="18"/>
              </w:rPr>
              <w:br/>
              <w:t>__________________________________</w:t>
            </w:r>
          </w:p>
        </w:tc>
      </w:tr>
      <w:tr w:rsidR="003D7FDE" w:rsidRPr="00AA4B28" w14:paraId="48BF83C3" w14:textId="77777777">
        <w:trPr>
          <w:jc w:val="center"/>
        </w:trPr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</w:tcPr>
          <w:p w14:paraId="7015A5E6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Estudante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</w:tcPr>
          <w:p w14:paraId="098A568E" w14:textId="77777777" w:rsidR="003D7FDE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Professor(a) Orientador(a)</w:t>
            </w:r>
          </w:p>
        </w:tc>
        <w:tc>
          <w:tcPr>
            <w:tcW w:w="3457" w:type="dxa"/>
            <w:tcBorders>
              <w:top w:val="nil"/>
              <w:left w:val="nil"/>
              <w:bottom w:val="nil"/>
              <w:right w:val="nil"/>
            </w:tcBorders>
          </w:tcPr>
          <w:p w14:paraId="1B272B94" w14:textId="77777777" w:rsidR="003D7FDE" w:rsidRPr="00B67ACA" w:rsidRDefault="00000000">
            <w:pPr>
              <w:spacing w:after="0" w:line="240" w:lineRule="auto"/>
              <w:jc w:val="center"/>
              <w:rPr>
                <w:lang w:val="pt-BR"/>
              </w:rPr>
            </w:pPr>
            <w:r w:rsidRPr="00B67ACA">
              <w:rPr>
                <w:sz w:val="17"/>
                <w:lang w:val="pt-BR"/>
              </w:rPr>
              <w:t>Professor(a) Responsável/Supervisor(a)</w:t>
            </w:r>
          </w:p>
        </w:tc>
      </w:tr>
    </w:tbl>
    <w:p w14:paraId="762EB61D" w14:textId="77777777" w:rsidR="003D7FDE" w:rsidRDefault="00000000">
      <w:pPr>
        <w:spacing w:before="140" w:after="80" w:line="240" w:lineRule="auto"/>
      </w:pPr>
      <w:r>
        <w:rPr>
          <w:b/>
          <w:sz w:val="22"/>
        </w:rPr>
        <w:t>11. PARA USO DO PPGCR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85"/>
        <w:gridCol w:w="5185"/>
      </w:tblGrid>
      <w:tr w:rsidR="003D7FDE" w14:paraId="3F8C7DBC" w14:textId="77777777">
        <w:trPr>
          <w:jc w:val="center"/>
        </w:trPr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D7469" w14:textId="77777777" w:rsidR="003D7FD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Conferência administrativa</w:t>
            </w:r>
          </w:p>
        </w:tc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7E658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>(   ) Completo     (   ) Pendência</w:t>
            </w:r>
          </w:p>
        </w:tc>
      </w:tr>
      <w:tr w:rsidR="003D7FDE" w:rsidRPr="00AA4B28" w14:paraId="4265E415" w14:textId="77777777">
        <w:trPr>
          <w:jc w:val="center"/>
        </w:trPr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05EE1" w14:textId="77777777" w:rsidR="003D7FD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Análise do Colegiado Delegado</w:t>
            </w:r>
          </w:p>
        </w:tc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49F73" w14:textId="77777777" w:rsidR="003D7FDE" w:rsidRPr="00B67ACA" w:rsidRDefault="00000000">
            <w:pPr>
              <w:spacing w:after="0" w:line="240" w:lineRule="auto"/>
              <w:rPr>
                <w:lang w:val="pt-BR"/>
              </w:rPr>
            </w:pPr>
            <w:proofErr w:type="gramStart"/>
            <w:r w:rsidRPr="00B67ACA">
              <w:rPr>
                <w:sz w:val="18"/>
                <w:lang w:val="pt-BR"/>
              </w:rPr>
              <w:t xml:space="preserve">(  </w:t>
            </w:r>
            <w:proofErr w:type="gramEnd"/>
            <w:r w:rsidRPr="00B67ACA">
              <w:rPr>
                <w:sz w:val="18"/>
                <w:lang w:val="pt-BR"/>
              </w:rPr>
              <w:t xml:space="preserve"> ) Aprovado  </w:t>
            </w:r>
            <w:proofErr w:type="gramStart"/>
            <w:r w:rsidRPr="00B67ACA">
              <w:rPr>
                <w:sz w:val="18"/>
                <w:lang w:val="pt-BR"/>
              </w:rPr>
              <w:t xml:space="preserve">   (</w:t>
            </w:r>
            <w:proofErr w:type="gramEnd"/>
            <w:r w:rsidRPr="00B67ACA">
              <w:rPr>
                <w:sz w:val="18"/>
                <w:lang w:val="pt-BR"/>
              </w:rPr>
              <w:t xml:space="preserve"> </w:t>
            </w:r>
            <w:proofErr w:type="gramStart"/>
            <w:r w:rsidRPr="00B67ACA">
              <w:rPr>
                <w:sz w:val="18"/>
                <w:lang w:val="pt-BR"/>
              </w:rPr>
              <w:t xml:space="preserve">  )</w:t>
            </w:r>
            <w:proofErr w:type="gramEnd"/>
            <w:r w:rsidRPr="00B67ACA">
              <w:rPr>
                <w:sz w:val="18"/>
                <w:lang w:val="pt-BR"/>
              </w:rPr>
              <w:t xml:space="preserve"> Aprovado com ajustes  </w:t>
            </w:r>
            <w:proofErr w:type="gramStart"/>
            <w:r w:rsidRPr="00B67ACA">
              <w:rPr>
                <w:sz w:val="18"/>
                <w:lang w:val="pt-BR"/>
              </w:rPr>
              <w:t xml:space="preserve">   (</w:t>
            </w:r>
            <w:proofErr w:type="gramEnd"/>
            <w:r w:rsidRPr="00B67ACA">
              <w:rPr>
                <w:sz w:val="18"/>
                <w:lang w:val="pt-BR"/>
              </w:rPr>
              <w:t xml:space="preserve"> </w:t>
            </w:r>
            <w:proofErr w:type="gramStart"/>
            <w:r w:rsidRPr="00B67ACA">
              <w:rPr>
                <w:sz w:val="18"/>
                <w:lang w:val="pt-BR"/>
              </w:rPr>
              <w:t xml:space="preserve">  )</w:t>
            </w:r>
            <w:proofErr w:type="gramEnd"/>
            <w:r w:rsidRPr="00B67ACA">
              <w:rPr>
                <w:sz w:val="18"/>
                <w:lang w:val="pt-BR"/>
              </w:rPr>
              <w:t xml:space="preserve"> Não aprovado</w:t>
            </w:r>
          </w:p>
        </w:tc>
      </w:tr>
      <w:tr w:rsidR="003D7FDE" w14:paraId="1E3BD5B6" w14:textId="77777777">
        <w:trPr>
          <w:jc w:val="center"/>
        </w:trPr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BC348" w14:textId="77777777" w:rsidR="003D7FDE" w:rsidRDefault="00000000">
            <w:pPr>
              <w:spacing w:after="0" w:line="240" w:lineRule="auto"/>
            </w:pPr>
            <w:proofErr w:type="spellStart"/>
            <w:r>
              <w:rPr>
                <w:b/>
                <w:sz w:val="18"/>
              </w:rPr>
              <w:t>Pendências</w:t>
            </w:r>
            <w:proofErr w:type="spellEnd"/>
            <w:r>
              <w:rPr>
                <w:b/>
                <w:sz w:val="18"/>
              </w:rPr>
              <w:t>/</w:t>
            </w:r>
            <w:proofErr w:type="spellStart"/>
            <w:r>
              <w:rPr>
                <w:b/>
                <w:sz w:val="18"/>
              </w:rPr>
              <w:t>observações</w:t>
            </w:r>
            <w:proofErr w:type="spellEnd"/>
          </w:p>
        </w:tc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F9033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br/>
              <w:t xml:space="preserve"> </w:t>
            </w:r>
            <w:r>
              <w:rPr>
                <w:sz w:val="18"/>
              </w:rPr>
              <w:br/>
              <w:t xml:space="preserve"> </w:t>
            </w:r>
          </w:p>
        </w:tc>
      </w:tr>
      <w:tr w:rsidR="003D7FDE" w14:paraId="69426761" w14:textId="77777777">
        <w:trPr>
          <w:jc w:val="center"/>
        </w:trPr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827125" w14:textId="77777777" w:rsidR="003D7FDE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Data da análise</w:t>
            </w:r>
          </w:p>
        </w:tc>
        <w:tc>
          <w:tcPr>
            <w:tcW w:w="51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B83F7" w14:textId="77777777" w:rsidR="003D7FDE" w:rsidRDefault="00000000">
            <w:pPr>
              <w:spacing w:after="0" w:line="240" w:lineRule="auto"/>
            </w:pPr>
            <w:r>
              <w:rPr>
                <w:sz w:val="18"/>
              </w:rPr>
              <w:t>____/____/______</w:t>
            </w:r>
          </w:p>
        </w:tc>
      </w:tr>
    </w:tbl>
    <w:p w14:paraId="3384ED79" w14:textId="77777777" w:rsidR="003D7FDE" w:rsidRPr="00B67ACA" w:rsidRDefault="00000000">
      <w:pPr>
        <w:spacing w:before="100" w:after="0" w:line="240" w:lineRule="auto"/>
        <w:rPr>
          <w:lang w:val="pt-BR"/>
        </w:rPr>
      </w:pPr>
      <w:r w:rsidRPr="00B67ACA">
        <w:rPr>
          <w:b/>
          <w:sz w:val="17"/>
          <w:lang w:val="pt-BR"/>
        </w:rPr>
        <w:t>Prazo normativo para envio do plano: até o final da semana que antecede o início do semestre letivo da graduação em que o estágio será realizado.</w:t>
      </w:r>
    </w:p>
    <w:sectPr w:rsidR="003D7FDE" w:rsidRPr="00B67ACA" w:rsidSect="00034616">
      <w:headerReference w:type="default" r:id="rId8"/>
      <w:footerReference w:type="default" r:id="rId9"/>
      <w:pgSz w:w="12240" w:h="15840"/>
      <w:pgMar w:top="709" w:right="935" w:bottom="765" w:left="93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CAEAF" w14:textId="77777777" w:rsidR="004B5410" w:rsidRDefault="004B5410">
      <w:pPr>
        <w:spacing w:after="0" w:line="240" w:lineRule="auto"/>
      </w:pPr>
      <w:r>
        <w:separator/>
      </w:r>
    </w:p>
  </w:endnote>
  <w:endnote w:type="continuationSeparator" w:id="0">
    <w:p w14:paraId="235414DC" w14:textId="77777777" w:rsidR="004B5410" w:rsidRDefault="004B5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04729" w14:textId="77777777" w:rsidR="003D7FDE" w:rsidRDefault="00000000">
    <w:pPr>
      <w:pStyle w:val="Rodap"/>
      <w:jc w:val="center"/>
    </w:pPr>
    <w:r>
      <w:rPr>
        <w:sz w:val="17"/>
      </w:rPr>
      <w:t xml:space="preserve">Página </w:t>
    </w:r>
    <w:r>
      <w:rPr>
        <w:sz w:val="17"/>
      </w:rPr>
      <w:fldChar w:fldCharType="begin"/>
    </w:r>
    <w:r>
      <w:rPr>
        <w:sz w:val="17"/>
      </w:rPr>
      <w:instrText xml:space="preserve"> PAGE </w:instrText>
    </w:r>
    <w:r>
      <w:rPr>
        <w:sz w:val="17"/>
      </w:rPr>
      <w:fldChar w:fldCharType="separate"/>
    </w:r>
    <w:r w:rsidR="00B67ACA">
      <w:rPr>
        <w:noProof/>
        <w:sz w:val="17"/>
      </w:rPr>
      <w:t>1</w:t>
    </w:r>
    <w:r>
      <w:rPr>
        <w:sz w:val="17"/>
      </w:rPr>
      <w:fldChar w:fldCharType="end"/>
    </w:r>
    <w:r>
      <w:rPr>
        <w:sz w:val="17"/>
      </w:rPr>
      <w:t xml:space="preserve"> de </w:t>
    </w:r>
    <w:r>
      <w:rPr>
        <w:sz w:val="17"/>
      </w:rPr>
      <w:fldChar w:fldCharType="begin"/>
    </w:r>
    <w:r>
      <w:rPr>
        <w:sz w:val="17"/>
      </w:rPr>
      <w:instrText xml:space="preserve"> NUMPAGES </w:instrText>
    </w:r>
    <w:r>
      <w:rPr>
        <w:sz w:val="17"/>
      </w:rPr>
      <w:fldChar w:fldCharType="separate"/>
    </w:r>
    <w:r w:rsidR="00B67ACA">
      <w:rPr>
        <w:noProof/>
        <w:sz w:val="17"/>
      </w:rPr>
      <w:t>2</w:t>
    </w:r>
    <w:r>
      <w:rPr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E6B23" w14:textId="77777777" w:rsidR="004B5410" w:rsidRDefault="004B5410">
      <w:pPr>
        <w:spacing w:after="0" w:line="240" w:lineRule="auto"/>
      </w:pPr>
      <w:r>
        <w:separator/>
      </w:r>
    </w:p>
  </w:footnote>
  <w:footnote w:type="continuationSeparator" w:id="0">
    <w:p w14:paraId="4DF73497" w14:textId="77777777" w:rsidR="004B5410" w:rsidRDefault="004B5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83AC4" w14:textId="77777777" w:rsidR="003D7FDE" w:rsidRDefault="00000000">
    <w:pPr>
      <w:pStyle w:val="Cabealho"/>
      <w:jc w:val="center"/>
    </w:pPr>
    <w:r>
      <w:rPr>
        <w:noProof/>
      </w:rPr>
      <w:drawing>
        <wp:inline distT="0" distB="0" distL="0" distR="0" wp14:anchorId="2EC0526C" wp14:editId="2326D207">
          <wp:extent cx="468000" cy="4992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g-0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49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B35D1A" w14:textId="77777777" w:rsidR="003D7FDE" w:rsidRPr="00B67ACA" w:rsidRDefault="00000000">
    <w:pPr>
      <w:spacing w:after="0" w:line="240" w:lineRule="auto"/>
      <w:jc w:val="center"/>
      <w:rPr>
        <w:lang w:val="pt-BR"/>
      </w:rPr>
    </w:pPr>
    <w:r w:rsidRPr="00B67ACA">
      <w:rPr>
        <w:sz w:val="17"/>
        <w:lang w:val="pt-BR"/>
      </w:rPr>
      <w:t>SERVIÇO PÚBLICO FEDERAL</w:t>
    </w:r>
    <w:r w:rsidRPr="00B67ACA">
      <w:rPr>
        <w:sz w:val="17"/>
        <w:lang w:val="pt-BR"/>
      </w:rPr>
      <w:br/>
    </w:r>
    <w:r w:rsidRPr="00B67ACA">
      <w:rPr>
        <w:b/>
        <w:sz w:val="19"/>
        <w:lang w:val="pt-BR"/>
      </w:rPr>
      <w:t>UNIVERSIDADE FEDERAL DE SANTA CATARINA</w:t>
    </w:r>
    <w:r w:rsidRPr="00B67ACA">
      <w:rPr>
        <w:b/>
        <w:sz w:val="19"/>
        <w:lang w:val="pt-BR"/>
      </w:rPr>
      <w:br/>
      <w:t>PROGRAMA DE PÓS-GRADUAÇÃO EM CIÊNCIAS DA REABILITAÇÃO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8271484">
    <w:abstractNumId w:val="8"/>
  </w:num>
  <w:num w:numId="2" w16cid:durableId="1124957106">
    <w:abstractNumId w:val="6"/>
  </w:num>
  <w:num w:numId="3" w16cid:durableId="631132285">
    <w:abstractNumId w:val="5"/>
  </w:num>
  <w:num w:numId="4" w16cid:durableId="802116411">
    <w:abstractNumId w:val="4"/>
  </w:num>
  <w:num w:numId="5" w16cid:durableId="1168398971">
    <w:abstractNumId w:val="7"/>
  </w:num>
  <w:num w:numId="6" w16cid:durableId="632253972">
    <w:abstractNumId w:val="3"/>
  </w:num>
  <w:num w:numId="7" w16cid:durableId="2032565335">
    <w:abstractNumId w:val="2"/>
  </w:num>
  <w:num w:numId="8" w16cid:durableId="1743722934">
    <w:abstractNumId w:val="1"/>
  </w:num>
  <w:num w:numId="9" w16cid:durableId="537159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7FDE"/>
    <w:rsid w:val="004B5410"/>
    <w:rsid w:val="00750F59"/>
    <w:rsid w:val="009653F0"/>
    <w:rsid w:val="009F240D"/>
    <w:rsid w:val="00AA1D8D"/>
    <w:rsid w:val="00AA4B28"/>
    <w:rsid w:val="00B47730"/>
    <w:rsid w:val="00B67AC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077F31"/>
  <w14:defaultImageDpi w14:val="300"/>
  <w15:docId w15:val="{112D2EAA-F72C-4C42-BE51-5C6B03A5A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981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Ione Schneider</cp:lastModifiedBy>
  <cp:revision>2</cp:revision>
  <dcterms:created xsi:type="dcterms:W3CDTF">2026-08-31T15:33:00Z</dcterms:created>
  <dcterms:modified xsi:type="dcterms:W3CDTF">2026-08-31T15:33:00Z</dcterms:modified>
  <cp:category/>
</cp:coreProperties>
</file>